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77248" w14:textId="7121BF36" w:rsidR="00FF6B36" w:rsidRPr="00911686" w:rsidRDefault="00221E3B" w:rsidP="00221E3B">
      <w:pPr>
        <w:pStyle w:val="1"/>
        <w:ind w:firstLineChars="1400" w:firstLine="3935"/>
        <w:rPr>
          <w:color w:val="000000" w:themeColor="text1"/>
          <w:lang w:eastAsia="ja-JP"/>
        </w:rPr>
      </w:pPr>
      <w:r w:rsidRPr="00911686">
        <w:rPr>
          <w:color w:val="000000" w:themeColor="text1"/>
          <w:lang w:eastAsia="ja-JP"/>
        </w:rPr>
        <w:t>物産展</w:t>
      </w:r>
      <w:r w:rsidR="00675C0F">
        <w:rPr>
          <w:rFonts w:hint="eastAsia"/>
          <w:color w:val="000000" w:themeColor="text1"/>
          <w:lang w:eastAsia="ja-JP"/>
        </w:rPr>
        <w:t>出店に</w:t>
      </w:r>
      <w:r w:rsidR="003660E8">
        <w:rPr>
          <w:rFonts w:hint="eastAsia"/>
          <w:color w:val="000000" w:themeColor="text1"/>
          <w:lang w:eastAsia="ja-JP"/>
        </w:rPr>
        <w:t>関する</w:t>
      </w:r>
      <w:r w:rsidRPr="00911686">
        <w:rPr>
          <w:color w:val="000000" w:themeColor="text1"/>
          <w:lang w:eastAsia="ja-JP"/>
        </w:rPr>
        <w:t>誓約書</w:t>
      </w:r>
    </w:p>
    <w:p w14:paraId="71A7ED82" w14:textId="77777777" w:rsidR="00911686" w:rsidRPr="00911686" w:rsidRDefault="00911686" w:rsidP="00911686">
      <w:pPr>
        <w:rPr>
          <w:lang w:eastAsia="ja-JP"/>
        </w:rPr>
      </w:pPr>
    </w:p>
    <w:p w14:paraId="6F359533" w14:textId="3263987F" w:rsidR="00911686" w:rsidRDefault="00221E3B" w:rsidP="00911686">
      <w:pPr>
        <w:rPr>
          <w:lang w:eastAsia="ja-JP"/>
        </w:rPr>
      </w:pPr>
      <w:r>
        <w:rPr>
          <w:lang w:eastAsia="ja-JP"/>
        </w:rPr>
        <w:t>私は、</w:t>
      </w:r>
      <w:r w:rsidR="00911686">
        <w:rPr>
          <w:rFonts w:hint="eastAsia"/>
          <w:lang w:eastAsia="ja-JP"/>
        </w:rPr>
        <w:t>公益社団法人日本鍼灸師会主催</w:t>
      </w:r>
      <w:r>
        <w:rPr>
          <w:lang w:eastAsia="ja-JP"/>
        </w:rPr>
        <w:t>「</w:t>
      </w:r>
      <w:r w:rsidR="00911686">
        <w:rPr>
          <w:rFonts w:hint="eastAsia"/>
          <w:lang w:eastAsia="ja-JP"/>
        </w:rPr>
        <w:t>第</w:t>
      </w:r>
      <w:r w:rsidR="00911686">
        <w:rPr>
          <w:rFonts w:hint="eastAsia"/>
          <w:lang w:eastAsia="ja-JP"/>
        </w:rPr>
        <w:t>21</w:t>
      </w:r>
      <w:r w:rsidR="00911686">
        <w:rPr>
          <w:rFonts w:hint="eastAsia"/>
          <w:lang w:eastAsia="ja-JP"/>
        </w:rPr>
        <w:t>回日本鍼灸師会全国大会</w:t>
      </w:r>
      <w:r w:rsidR="00675C0F">
        <w:rPr>
          <w:rFonts w:hint="eastAsia"/>
          <w:lang w:eastAsia="ja-JP"/>
        </w:rPr>
        <w:t>in</w:t>
      </w:r>
      <w:r w:rsidR="00911686">
        <w:rPr>
          <w:rFonts w:hint="eastAsia"/>
          <w:lang w:eastAsia="ja-JP"/>
        </w:rPr>
        <w:t>兵庫</w:t>
      </w:r>
      <w:r>
        <w:rPr>
          <w:lang w:eastAsia="ja-JP"/>
        </w:rPr>
        <w:t>物産展」に付設展示として出展するにあたり、主催者の指導に従い、公共の秩序と安全を遵守し、下記の事項を誓約いたします。</w:t>
      </w:r>
    </w:p>
    <w:p w14:paraId="5278335E" w14:textId="77777777" w:rsidR="00911686" w:rsidRPr="00911686" w:rsidRDefault="00911686" w:rsidP="00911686">
      <w:pPr>
        <w:rPr>
          <w:lang w:eastAsia="ja-JP"/>
        </w:rPr>
      </w:pPr>
    </w:p>
    <w:p w14:paraId="7EB50AFD" w14:textId="3AA9415D" w:rsidR="00FF6B36" w:rsidRDefault="00911686" w:rsidP="00911686">
      <w:pPr>
        <w:rPr>
          <w:lang w:eastAsia="ja-JP"/>
        </w:rPr>
      </w:pPr>
      <w:r>
        <w:rPr>
          <w:rFonts w:hint="eastAsia"/>
          <w:lang w:eastAsia="ja-JP"/>
        </w:rPr>
        <w:t xml:space="preserve">　　　　　　　　　　　　　　　　　　　　　　</w:t>
      </w:r>
      <w:r>
        <w:rPr>
          <w:lang w:eastAsia="ja-JP"/>
        </w:rPr>
        <w:t>記</w:t>
      </w:r>
    </w:p>
    <w:p w14:paraId="0273872C" w14:textId="77777777" w:rsidR="00FF6B36" w:rsidRDefault="00221E3B">
      <w:pPr>
        <w:rPr>
          <w:lang w:eastAsia="ja-JP"/>
        </w:rPr>
      </w:pPr>
      <w:r>
        <w:rPr>
          <w:lang w:eastAsia="ja-JP"/>
        </w:rPr>
        <w:t xml:space="preserve">1. </w:t>
      </w:r>
      <w:r>
        <w:rPr>
          <w:lang w:eastAsia="ja-JP"/>
        </w:rPr>
        <w:t>主催者が定める出展要領、会場管理規則及び指示に従い、誠実に出展を行います。</w:t>
      </w:r>
    </w:p>
    <w:p w14:paraId="25154ED2" w14:textId="77777777" w:rsidR="00FF6B36" w:rsidRDefault="00221E3B" w:rsidP="00911686">
      <w:pPr>
        <w:ind w:left="220" w:hangingChars="100" w:hanging="220"/>
        <w:rPr>
          <w:lang w:eastAsia="ja-JP"/>
        </w:rPr>
      </w:pPr>
      <w:r>
        <w:rPr>
          <w:lang w:eastAsia="ja-JP"/>
        </w:rPr>
        <w:t xml:space="preserve">2. </w:t>
      </w:r>
      <w:r>
        <w:rPr>
          <w:lang w:eastAsia="ja-JP"/>
        </w:rPr>
        <w:t>出展品は事前に届け出たものに限り、法令に違反するもの、公序良俗に反するもの、または主催者が不適切と認めるものは展示・販売いたしません。</w:t>
      </w:r>
    </w:p>
    <w:p w14:paraId="3D7D8BBC" w14:textId="77777777" w:rsidR="00FF6B36" w:rsidRDefault="00221E3B" w:rsidP="00911686">
      <w:pPr>
        <w:ind w:left="220" w:hangingChars="100" w:hanging="220"/>
        <w:rPr>
          <w:lang w:eastAsia="ja-JP"/>
        </w:rPr>
      </w:pPr>
      <w:r>
        <w:rPr>
          <w:lang w:eastAsia="ja-JP"/>
        </w:rPr>
        <w:t xml:space="preserve">3. </w:t>
      </w:r>
      <w:r>
        <w:rPr>
          <w:lang w:eastAsia="ja-JP"/>
        </w:rPr>
        <w:t>食品を取り扱う場合は、食品衛生法その他関係法令を遵守し、衛生管理に万全を期します。必要に応じ、保健所等関係機関の指導に従います。</w:t>
      </w:r>
    </w:p>
    <w:p w14:paraId="146673AE" w14:textId="77777777" w:rsidR="00FF6B36" w:rsidRDefault="00221E3B" w:rsidP="00911686">
      <w:pPr>
        <w:ind w:left="220" w:hangingChars="100" w:hanging="220"/>
        <w:rPr>
          <w:lang w:eastAsia="ja-JP"/>
        </w:rPr>
      </w:pPr>
      <w:r>
        <w:rPr>
          <w:lang w:eastAsia="ja-JP"/>
        </w:rPr>
        <w:t xml:space="preserve">4. </w:t>
      </w:r>
      <w:r>
        <w:rPr>
          <w:lang w:eastAsia="ja-JP"/>
        </w:rPr>
        <w:t>会期中に発生した事故・盗難・紛失・破損等については、自己の責任において対応し、主催者に一切の迷惑及び損害を与えません。</w:t>
      </w:r>
    </w:p>
    <w:p w14:paraId="39709F85" w14:textId="77777777" w:rsidR="00FF6B36" w:rsidRDefault="00221E3B" w:rsidP="00911686">
      <w:pPr>
        <w:ind w:left="220" w:hangingChars="100" w:hanging="220"/>
        <w:rPr>
          <w:lang w:eastAsia="ja-JP"/>
        </w:rPr>
      </w:pPr>
      <w:r>
        <w:rPr>
          <w:lang w:eastAsia="ja-JP"/>
        </w:rPr>
        <w:t xml:space="preserve">5. </w:t>
      </w:r>
      <w:r>
        <w:rPr>
          <w:lang w:eastAsia="ja-JP"/>
        </w:rPr>
        <w:t>火気・電気設備その他危険物の使用にあたっては、事前に主催者の承認を得るとともに、法令及び関係機関の指導に従い、安全確保に努めます。</w:t>
      </w:r>
    </w:p>
    <w:p w14:paraId="30A48BD5" w14:textId="77777777" w:rsidR="00FF6B36" w:rsidRDefault="00221E3B">
      <w:pPr>
        <w:rPr>
          <w:lang w:eastAsia="ja-JP"/>
        </w:rPr>
      </w:pPr>
      <w:r>
        <w:rPr>
          <w:lang w:eastAsia="ja-JP"/>
        </w:rPr>
        <w:t xml:space="preserve">6. </w:t>
      </w:r>
      <w:r>
        <w:rPr>
          <w:lang w:eastAsia="ja-JP"/>
        </w:rPr>
        <w:t>会場の施設・設備・備品等を破損又は汚損した場合は、自己の責任において原状回復又は弁償いたします。</w:t>
      </w:r>
    </w:p>
    <w:p w14:paraId="33952E0A" w14:textId="77777777" w:rsidR="00FF6B36" w:rsidRDefault="00221E3B" w:rsidP="00911686">
      <w:pPr>
        <w:ind w:left="220" w:hangingChars="100" w:hanging="220"/>
        <w:rPr>
          <w:lang w:eastAsia="ja-JP"/>
        </w:rPr>
      </w:pPr>
      <w:r>
        <w:rPr>
          <w:lang w:eastAsia="ja-JP"/>
        </w:rPr>
        <w:t xml:space="preserve">7. </w:t>
      </w:r>
      <w:r>
        <w:rPr>
          <w:lang w:eastAsia="ja-JP"/>
        </w:rPr>
        <w:t>本誓約に違反した場合、または主催者の指示に従わない場合は、主催者の判断により出展停止・退場等の措置を受けることに異議を申し立てません。</w:t>
      </w:r>
    </w:p>
    <w:p w14:paraId="7D14104B" w14:textId="77777777" w:rsidR="00FF6B36" w:rsidRDefault="00221E3B">
      <w:pPr>
        <w:rPr>
          <w:lang w:eastAsia="ja-JP"/>
        </w:rPr>
      </w:pPr>
      <w:r>
        <w:rPr>
          <w:lang w:eastAsia="ja-JP"/>
        </w:rPr>
        <w:t xml:space="preserve">8. </w:t>
      </w:r>
      <w:r>
        <w:rPr>
          <w:lang w:eastAsia="ja-JP"/>
        </w:rPr>
        <w:t>その他、会場の秩序維持及び運営の円滑化に努め、公共性を損なう行為は一切行いません。</w:t>
      </w:r>
    </w:p>
    <w:p w14:paraId="05C20536" w14:textId="77777777" w:rsidR="00FF6B36" w:rsidRDefault="00221E3B" w:rsidP="00911686">
      <w:pPr>
        <w:ind w:firstLineChars="100" w:firstLine="220"/>
        <w:rPr>
          <w:lang w:eastAsia="ja-JP"/>
        </w:rPr>
      </w:pPr>
      <w:r>
        <w:rPr>
          <w:lang w:eastAsia="ja-JP"/>
        </w:rPr>
        <w:t>以上、誓約いたします。</w:t>
      </w:r>
    </w:p>
    <w:p w14:paraId="7F4E94BF" w14:textId="1E2A1EFD" w:rsidR="00FF6B36" w:rsidRDefault="00221E3B">
      <w:r>
        <w:rPr>
          <w:lang w:eastAsia="ja-JP"/>
        </w:rPr>
        <w:br/>
      </w:r>
      <w:r w:rsidR="00911686">
        <w:rPr>
          <w:rFonts w:hint="eastAsia"/>
          <w:lang w:eastAsia="ja-JP"/>
        </w:rPr>
        <w:t>令和</w:t>
      </w:r>
      <w:r>
        <w:t xml:space="preserve">　　年　　月　　日</w:t>
      </w:r>
      <w:r>
        <w:br/>
      </w:r>
    </w:p>
    <w:p w14:paraId="04AD6312" w14:textId="1568925D" w:rsidR="00FF6B36" w:rsidRDefault="00675C0F">
      <w:pPr>
        <w:rPr>
          <w:lang w:eastAsia="ja-JP"/>
        </w:rPr>
      </w:pPr>
      <w:r>
        <w:rPr>
          <w:rFonts w:hint="eastAsia"/>
          <w:lang w:eastAsia="ja-JP"/>
        </w:rPr>
        <w:t>事業者名</w:t>
      </w:r>
      <w:r w:rsidR="00221E3B">
        <w:rPr>
          <w:lang w:eastAsia="ja-JP"/>
        </w:rPr>
        <w:t>（</w:t>
      </w:r>
      <w:r>
        <w:rPr>
          <w:rFonts w:hint="eastAsia"/>
          <w:lang w:eastAsia="ja-JP"/>
        </w:rPr>
        <w:t>店舗名</w:t>
      </w:r>
      <w:r w:rsidR="00221E3B">
        <w:rPr>
          <w:lang w:eastAsia="ja-JP"/>
        </w:rPr>
        <w:t xml:space="preserve">）　　　　　　　　　　　　　</w:t>
      </w:r>
    </w:p>
    <w:p w14:paraId="0ABE4A70" w14:textId="77777777" w:rsidR="00FF6B36" w:rsidRDefault="00221E3B">
      <w:pPr>
        <w:rPr>
          <w:lang w:eastAsia="ja-JP"/>
        </w:rPr>
      </w:pPr>
      <w:r>
        <w:rPr>
          <w:lang w:eastAsia="ja-JP"/>
        </w:rPr>
        <w:t xml:space="preserve">代表者名（署名・押印）　　　　　　　　　　　　　</w:t>
      </w:r>
    </w:p>
    <w:p w14:paraId="413A5433" w14:textId="2F432F8B" w:rsidR="00FF6B36" w:rsidRDefault="00911686">
      <w:r>
        <w:rPr>
          <w:rFonts w:hint="eastAsia"/>
          <w:lang w:eastAsia="ja-JP"/>
        </w:rPr>
        <w:t>所在地</w:t>
      </w:r>
      <w:r>
        <w:t xml:space="preserve">　　　　　　　　　　　　　　　　　　　　　</w:t>
      </w:r>
    </w:p>
    <w:p w14:paraId="6CEE7A64" w14:textId="2DB008D7" w:rsidR="00FF6B36" w:rsidRDefault="00221E3B">
      <w:pPr>
        <w:rPr>
          <w:lang w:eastAsia="zh-CN"/>
        </w:rPr>
      </w:pPr>
      <w:r>
        <w:rPr>
          <w:lang w:eastAsia="zh-CN"/>
        </w:rPr>
        <w:t xml:space="preserve">電話番号　　　　　　　　　　　　　　　　　　　　</w:t>
      </w:r>
    </w:p>
    <w:p w14:paraId="14707644" w14:textId="3975BAB0" w:rsidR="00911686" w:rsidRDefault="00911686" w:rsidP="00911686">
      <w:pPr>
        <w:rPr>
          <w:lang w:eastAsia="ja-JP"/>
        </w:rPr>
      </w:pPr>
      <w:r>
        <w:rPr>
          <w:rFonts w:hint="eastAsia"/>
          <w:lang w:eastAsia="ja-JP"/>
        </w:rPr>
        <w:t>メールアドレス</w:t>
      </w:r>
    </w:p>
    <w:p w14:paraId="16769BED" w14:textId="5F48A24C" w:rsidR="00911686" w:rsidRDefault="00911686" w:rsidP="00911686">
      <w:pPr>
        <w:rPr>
          <w:lang w:eastAsia="ja-JP"/>
        </w:rPr>
      </w:pPr>
      <w:r>
        <w:rPr>
          <w:rFonts w:hint="eastAsia"/>
          <w:lang w:eastAsia="ja-JP"/>
        </w:rPr>
        <w:t xml:space="preserve">　</w:t>
      </w:r>
    </w:p>
    <w:p w14:paraId="13DA3775" w14:textId="259E31E4" w:rsidR="00FF6B36" w:rsidRDefault="00221E3B" w:rsidP="00911686">
      <w:pPr>
        <w:pStyle w:val="1"/>
        <w:ind w:firstLineChars="1300" w:firstLine="3654"/>
        <w:rPr>
          <w:color w:val="000000" w:themeColor="text1"/>
          <w:lang w:eastAsia="ja-JP"/>
        </w:rPr>
      </w:pPr>
      <w:r w:rsidRPr="00911686">
        <w:rPr>
          <w:color w:val="000000" w:themeColor="text1"/>
          <w:lang w:eastAsia="ja-JP"/>
        </w:rPr>
        <w:lastRenderedPageBreak/>
        <w:t>物産展</w:t>
      </w:r>
      <w:r w:rsidR="00786E16">
        <w:rPr>
          <w:rFonts w:hint="eastAsia"/>
          <w:color w:val="000000" w:themeColor="text1"/>
          <w:lang w:eastAsia="ja-JP"/>
        </w:rPr>
        <w:t>出店に関する</w:t>
      </w:r>
      <w:r w:rsidRPr="00911686">
        <w:rPr>
          <w:color w:val="000000" w:themeColor="text1"/>
          <w:lang w:eastAsia="ja-JP"/>
        </w:rPr>
        <w:t xml:space="preserve">　注意事項</w:t>
      </w:r>
    </w:p>
    <w:p w14:paraId="76837C47" w14:textId="77777777" w:rsidR="00221E3B" w:rsidRPr="00221E3B" w:rsidRDefault="00221E3B" w:rsidP="00221E3B">
      <w:pPr>
        <w:rPr>
          <w:lang w:eastAsia="ja-JP"/>
        </w:rPr>
      </w:pPr>
    </w:p>
    <w:p w14:paraId="358E30FD" w14:textId="5D66722B" w:rsidR="00FF6B36" w:rsidRDefault="00221E3B" w:rsidP="00911686">
      <w:pPr>
        <w:pStyle w:val="ae"/>
        <w:numPr>
          <w:ilvl w:val="0"/>
          <w:numId w:val="10"/>
        </w:numPr>
        <w:rPr>
          <w:lang w:eastAsia="ja-JP"/>
        </w:rPr>
      </w:pPr>
      <w:r>
        <w:rPr>
          <w:lang w:eastAsia="ja-JP"/>
        </w:rPr>
        <w:t>出展時間の厳守</w:t>
      </w:r>
      <w:r>
        <w:rPr>
          <w:lang w:eastAsia="ja-JP"/>
        </w:rPr>
        <w:br/>
      </w:r>
      <w:r>
        <w:rPr>
          <w:lang w:eastAsia="ja-JP"/>
        </w:rPr>
        <w:t>開催時間内に必ず出展・撤収を行ってください。準備や搬入搬出は、主催者の指定時間に従ってください。</w:t>
      </w:r>
    </w:p>
    <w:p w14:paraId="2A6FBC24" w14:textId="5E784424" w:rsidR="001E48D3" w:rsidRDefault="001E48D3" w:rsidP="001E48D3">
      <w:pPr>
        <w:pStyle w:val="ae"/>
        <w:ind w:left="360"/>
        <w:rPr>
          <w:lang w:eastAsia="ja-JP"/>
        </w:rPr>
      </w:pPr>
      <w:r>
        <w:rPr>
          <w:rFonts w:hint="eastAsia"/>
          <w:lang w:eastAsia="ja-JP"/>
        </w:rPr>
        <w:t>展示時間</w:t>
      </w:r>
      <w:r w:rsidR="00786E16">
        <w:rPr>
          <w:rFonts w:hint="eastAsia"/>
          <w:lang w:eastAsia="ja-JP"/>
        </w:rPr>
        <w:t>：</w:t>
      </w:r>
      <w:r>
        <w:rPr>
          <w:rFonts w:hint="eastAsia"/>
          <w:lang w:eastAsia="ja-JP"/>
        </w:rPr>
        <w:t>10</w:t>
      </w:r>
      <w:r>
        <w:rPr>
          <w:rFonts w:hint="eastAsia"/>
          <w:lang w:eastAsia="ja-JP"/>
        </w:rPr>
        <w:t>月</w:t>
      </w:r>
      <w:r>
        <w:rPr>
          <w:rFonts w:hint="eastAsia"/>
          <w:lang w:eastAsia="ja-JP"/>
        </w:rPr>
        <w:t>3</w:t>
      </w:r>
      <w:r>
        <w:rPr>
          <w:rFonts w:hint="eastAsia"/>
          <w:lang w:eastAsia="ja-JP"/>
        </w:rPr>
        <w:t>日</w:t>
      </w:r>
      <w:r>
        <w:rPr>
          <w:rFonts w:hint="eastAsia"/>
          <w:lang w:eastAsia="ja-JP"/>
        </w:rPr>
        <w:t>(</w:t>
      </w:r>
      <w:r>
        <w:rPr>
          <w:rFonts w:hint="eastAsia"/>
          <w:lang w:eastAsia="ja-JP"/>
        </w:rPr>
        <w:t>土</w:t>
      </w:r>
      <w:r>
        <w:rPr>
          <w:rFonts w:hint="eastAsia"/>
          <w:lang w:eastAsia="ja-JP"/>
        </w:rPr>
        <w:t>)10</w:t>
      </w:r>
      <w:r>
        <w:rPr>
          <w:rFonts w:hint="eastAsia"/>
          <w:lang w:eastAsia="ja-JP"/>
        </w:rPr>
        <w:t>：</w:t>
      </w:r>
      <w:r>
        <w:rPr>
          <w:rFonts w:hint="eastAsia"/>
          <w:lang w:eastAsia="ja-JP"/>
        </w:rPr>
        <w:t>00</w:t>
      </w:r>
      <w:r>
        <w:rPr>
          <w:rFonts w:hint="eastAsia"/>
          <w:lang w:eastAsia="ja-JP"/>
        </w:rPr>
        <w:t>～</w:t>
      </w:r>
      <w:r>
        <w:rPr>
          <w:rFonts w:hint="eastAsia"/>
          <w:lang w:eastAsia="ja-JP"/>
        </w:rPr>
        <w:t>17</w:t>
      </w:r>
      <w:r>
        <w:rPr>
          <w:rFonts w:hint="eastAsia"/>
          <w:lang w:eastAsia="ja-JP"/>
        </w:rPr>
        <w:t>：</w:t>
      </w:r>
      <w:r>
        <w:rPr>
          <w:rFonts w:hint="eastAsia"/>
          <w:lang w:eastAsia="ja-JP"/>
        </w:rPr>
        <w:t>00</w:t>
      </w:r>
      <w:r>
        <w:rPr>
          <w:rFonts w:hint="eastAsia"/>
          <w:lang w:eastAsia="ja-JP"/>
        </w:rPr>
        <w:t xml:space="preserve">　・</w:t>
      </w:r>
      <w:r>
        <w:rPr>
          <w:rFonts w:hint="eastAsia"/>
          <w:lang w:eastAsia="ja-JP"/>
        </w:rPr>
        <w:t>10</w:t>
      </w:r>
      <w:r>
        <w:rPr>
          <w:rFonts w:hint="eastAsia"/>
          <w:lang w:eastAsia="ja-JP"/>
        </w:rPr>
        <w:t>月</w:t>
      </w:r>
      <w:r>
        <w:rPr>
          <w:rFonts w:hint="eastAsia"/>
          <w:lang w:eastAsia="ja-JP"/>
        </w:rPr>
        <w:t>4</w:t>
      </w:r>
      <w:r>
        <w:rPr>
          <w:rFonts w:hint="eastAsia"/>
          <w:lang w:eastAsia="ja-JP"/>
        </w:rPr>
        <w:t>日</w:t>
      </w:r>
      <w:r>
        <w:rPr>
          <w:rFonts w:hint="eastAsia"/>
          <w:lang w:eastAsia="ja-JP"/>
        </w:rPr>
        <w:t>(</w:t>
      </w:r>
      <w:r>
        <w:rPr>
          <w:rFonts w:hint="eastAsia"/>
          <w:lang w:eastAsia="ja-JP"/>
        </w:rPr>
        <w:t>日</w:t>
      </w:r>
      <w:r>
        <w:rPr>
          <w:rFonts w:hint="eastAsia"/>
          <w:lang w:eastAsia="ja-JP"/>
        </w:rPr>
        <w:t>)9</w:t>
      </w:r>
      <w:r>
        <w:rPr>
          <w:rFonts w:hint="eastAsia"/>
          <w:lang w:eastAsia="ja-JP"/>
        </w:rPr>
        <w:t>：</w:t>
      </w:r>
      <w:r>
        <w:rPr>
          <w:rFonts w:hint="eastAsia"/>
          <w:lang w:eastAsia="ja-JP"/>
        </w:rPr>
        <w:t>00</w:t>
      </w:r>
      <w:r>
        <w:rPr>
          <w:rFonts w:hint="eastAsia"/>
          <w:lang w:eastAsia="ja-JP"/>
        </w:rPr>
        <w:t>～</w:t>
      </w:r>
      <w:r>
        <w:rPr>
          <w:rFonts w:hint="eastAsia"/>
          <w:lang w:eastAsia="ja-JP"/>
        </w:rPr>
        <w:t>15</w:t>
      </w:r>
      <w:r>
        <w:rPr>
          <w:rFonts w:hint="eastAsia"/>
          <w:lang w:eastAsia="ja-JP"/>
        </w:rPr>
        <w:t>：</w:t>
      </w:r>
      <w:r>
        <w:rPr>
          <w:rFonts w:hint="eastAsia"/>
          <w:lang w:eastAsia="ja-JP"/>
        </w:rPr>
        <w:t>00</w:t>
      </w:r>
    </w:p>
    <w:p w14:paraId="01315A6B" w14:textId="0D1F3403" w:rsidR="00911686" w:rsidRDefault="00911686" w:rsidP="00911686">
      <w:pPr>
        <w:pStyle w:val="ae"/>
        <w:ind w:left="360"/>
        <w:rPr>
          <w:lang w:eastAsia="ja-JP"/>
        </w:rPr>
      </w:pPr>
      <w:r>
        <w:rPr>
          <w:rFonts w:hint="eastAsia"/>
          <w:lang w:eastAsia="ja-JP"/>
        </w:rPr>
        <w:t>搬入時間</w:t>
      </w:r>
      <w:r w:rsidR="00786E16">
        <w:rPr>
          <w:rFonts w:hint="eastAsia"/>
          <w:lang w:eastAsia="ja-JP"/>
        </w:rPr>
        <w:t>：</w:t>
      </w:r>
      <w:r>
        <w:rPr>
          <w:rFonts w:hint="eastAsia"/>
          <w:lang w:eastAsia="ja-JP"/>
        </w:rPr>
        <w:t>10</w:t>
      </w:r>
      <w:r>
        <w:rPr>
          <w:rFonts w:hint="eastAsia"/>
          <w:lang w:eastAsia="ja-JP"/>
        </w:rPr>
        <w:t>月</w:t>
      </w:r>
      <w:r>
        <w:rPr>
          <w:rFonts w:hint="eastAsia"/>
          <w:lang w:eastAsia="ja-JP"/>
        </w:rPr>
        <w:t>3</w:t>
      </w:r>
      <w:r>
        <w:rPr>
          <w:rFonts w:hint="eastAsia"/>
          <w:lang w:eastAsia="ja-JP"/>
        </w:rPr>
        <w:t>日</w:t>
      </w:r>
      <w:r>
        <w:rPr>
          <w:rFonts w:hint="eastAsia"/>
          <w:lang w:eastAsia="ja-JP"/>
        </w:rPr>
        <w:t>(</w:t>
      </w:r>
      <w:r>
        <w:rPr>
          <w:rFonts w:hint="eastAsia"/>
          <w:lang w:eastAsia="ja-JP"/>
        </w:rPr>
        <w:t>土</w:t>
      </w:r>
      <w:r>
        <w:rPr>
          <w:rFonts w:hint="eastAsia"/>
          <w:lang w:eastAsia="ja-JP"/>
        </w:rPr>
        <w:t>)9</w:t>
      </w:r>
      <w:r>
        <w:rPr>
          <w:rFonts w:hint="eastAsia"/>
          <w:lang w:eastAsia="ja-JP"/>
        </w:rPr>
        <w:t>：</w:t>
      </w:r>
      <w:r>
        <w:rPr>
          <w:rFonts w:hint="eastAsia"/>
          <w:lang w:eastAsia="ja-JP"/>
        </w:rPr>
        <w:t>00</w:t>
      </w:r>
      <w:r w:rsidR="001E48D3">
        <w:rPr>
          <w:rFonts w:hint="eastAsia"/>
          <w:lang w:eastAsia="ja-JP"/>
        </w:rPr>
        <w:t>～</w:t>
      </w:r>
      <w:r w:rsidR="00BA29B0">
        <w:rPr>
          <w:rFonts w:hint="eastAsia"/>
          <w:lang w:eastAsia="ja-JP"/>
        </w:rPr>
        <w:t>10</w:t>
      </w:r>
      <w:r w:rsidR="00BA29B0">
        <w:rPr>
          <w:rFonts w:hint="eastAsia"/>
          <w:lang w:eastAsia="ja-JP"/>
        </w:rPr>
        <w:t>：</w:t>
      </w:r>
      <w:r w:rsidR="00BA29B0">
        <w:rPr>
          <w:rFonts w:hint="eastAsia"/>
          <w:lang w:eastAsia="ja-JP"/>
        </w:rPr>
        <w:t>00</w:t>
      </w:r>
    </w:p>
    <w:p w14:paraId="2CBA859D" w14:textId="30BF1712" w:rsidR="001E48D3" w:rsidRDefault="001E48D3" w:rsidP="00911686">
      <w:pPr>
        <w:pStyle w:val="ae"/>
        <w:ind w:left="360"/>
        <w:rPr>
          <w:lang w:eastAsia="ja-JP"/>
        </w:rPr>
      </w:pPr>
      <w:r>
        <w:rPr>
          <w:rFonts w:hint="eastAsia"/>
          <w:lang w:eastAsia="ja-JP"/>
        </w:rPr>
        <w:t xml:space="preserve">　　　　　※搬入は産業振興センター</w:t>
      </w:r>
      <w:r w:rsidR="00786E16">
        <w:rPr>
          <w:rFonts w:hint="eastAsia"/>
          <w:lang w:eastAsia="ja-JP"/>
        </w:rPr>
        <w:t>業務用エレベーターのご利用を</w:t>
      </w:r>
      <w:r>
        <w:rPr>
          <w:rFonts w:hint="eastAsia"/>
          <w:lang w:eastAsia="ja-JP"/>
        </w:rPr>
        <w:t>お願いします。</w:t>
      </w:r>
    </w:p>
    <w:p w14:paraId="71458315" w14:textId="039F67A3" w:rsidR="001E48D3" w:rsidRDefault="001E48D3" w:rsidP="00911686">
      <w:pPr>
        <w:pStyle w:val="ae"/>
        <w:ind w:left="360"/>
        <w:rPr>
          <w:lang w:eastAsia="ja-JP"/>
        </w:rPr>
      </w:pPr>
      <w:r>
        <w:rPr>
          <w:rFonts w:hint="eastAsia"/>
          <w:lang w:eastAsia="ja-JP"/>
        </w:rPr>
        <w:t>搬出時間</w:t>
      </w:r>
      <w:r w:rsidR="00786E16">
        <w:rPr>
          <w:rFonts w:hint="eastAsia"/>
          <w:lang w:eastAsia="ja-JP"/>
        </w:rPr>
        <w:t>：</w:t>
      </w:r>
      <w:r>
        <w:rPr>
          <w:rFonts w:hint="eastAsia"/>
          <w:lang w:eastAsia="ja-JP"/>
        </w:rPr>
        <w:t>10</w:t>
      </w:r>
      <w:r>
        <w:rPr>
          <w:rFonts w:hint="eastAsia"/>
          <w:lang w:eastAsia="ja-JP"/>
        </w:rPr>
        <w:t>月</w:t>
      </w:r>
      <w:r>
        <w:rPr>
          <w:rFonts w:hint="eastAsia"/>
          <w:lang w:eastAsia="ja-JP"/>
        </w:rPr>
        <w:t>4</w:t>
      </w:r>
      <w:r>
        <w:rPr>
          <w:rFonts w:hint="eastAsia"/>
          <w:lang w:eastAsia="ja-JP"/>
        </w:rPr>
        <w:t>日</w:t>
      </w:r>
      <w:r>
        <w:rPr>
          <w:rFonts w:hint="eastAsia"/>
          <w:lang w:eastAsia="ja-JP"/>
        </w:rPr>
        <w:t>(</w:t>
      </w:r>
      <w:r>
        <w:rPr>
          <w:rFonts w:hint="eastAsia"/>
          <w:lang w:eastAsia="ja-JP"/>
        </w:rPr>
        <w:t>日</w:t>
      </w:r>
      <w:r>
        <w:rPr>
          <w:rFonts w:hint="eastAsia"/>
          <w:lang w:eastAsia="ja-JP"/>
        </w:rPr>
        <w:t>)15</w:t>
      </w:r>
      <w:r>
        <w:rPr>
          <w:rFonts w:hint="eastAsia"/>
          <w:lang w:eastAsia="ja-JP"/>
        </w:rPr>
        <w:t>：</w:t>
      </w:r>
      <w:r>
        <w:rPr>
          <w:rFonts w:hint="eastAsia"/>
          <w:lang w:eastAsia="ja-JP"/>
        </w:rPr>
        <w:t>00</w:t>
      </w:r>
      <w:r>
        <w:rPr>
          <w:rFonts w:hint="eastAsia"/>
          <w:lang w:eastAsia="ja-JP"/>
        </w:rPr>
        <w:t>～（</w:t>
      </w:r>
      <w:r>
        <w:rPr>
          <w:rFonts w:hint="eastAsia"/>
          <w:lang w:eastAsia="ja-JP"/>
        </w:rPr>
        <w:t>17</w:t>
      </w:r>
      <w:r>
        <w:rPr>
          <w:rFonts w:hint="eastAsia"/>
          <w:lang w:eastAsia="ja-JP"/>
        </w:rPr>
        <w:t>：</w:t>
      </w:r>
      <w:r>
        <w:rPr>
          <w:rFonts w:hint="eastAsia"/>
          <w:lang w:eastAsia="ja-JP"/>
        </w:rPr>
        <w:t>00</w:t>
      </w:r>
      <w:r>
        <w:rPr>
          <w:rFonts w:hint="eastAsia"/>
          <w:lang w:eastAsia="ja-JP"/>
        </w:rPr>
        <w:t>完全撤収）</w:t>
      </w:r>
    </w:p>
    <w:p w14:paraId="2AFA1734" w14:textId="77777777" w:rsidR="00FF6B36" w:rsidRDefault="00221E3B">
      <w:pPr>
        <w:rPr>
          <w:lang w:eastAsia="ja-JP"/>
        </w:rPr>
      </w:pPr>
      <w:r>
        <w:rPr>
          <w:lang w:eastAsia="ja-JP"/>
        </w:rPr>
        <w:t xml:space="preserve">2. </w:t>
      </w:r>
      <w:r>
        <w:rPr>
          <w:lang w:eastAsia="ja-JP"/>
        </w:rPr>
        <w:t>販売・展示内容の制限</w:t>
      </w:r>
      <w:r>
        <w:rPr>
          <w:lang w:eastAsia="ja-JP"/>
        </w:rPr>
        <w:br/>
      </w:r>
      <w:r>
        <w:rPr>
          <w:lang w:eastAsia="ja-JP"/>
        </w:rPr>
        <w:t>・出展申込時に届け出た品目以外の販売・展示は禁止します。</w:t>
      </w:r>
      <w:r>
        <w:rPr>
          <w:lang w:eastAsia="ja-JP"/>
        </w:rPr>
        <w:br/>
      </w:r>
      <w:r>
        <w:rPr>
          <w:lang w:eastAsia="ja-JP"/>
        </w:rPr>
        <w:t>・法令違反品、模造品、危険物、公序良俗に反するものは取り扱えません。</w:t>
      </w:r>
    </w:p>
    <w:p w14:paraId="5758EFB2" w14:textId="77777777" w:rsidR="00FF6B36" w:rsidRDefault="00221E3B">
      <w:pPr>
        <w:rPr>
          <w:lang w:eastAsia="ja-JP"/>
        </w:rPr>
      </w:pPr>
      <w:r>
        <w:rPr>
          <w:lang w:eastAsia="ja-JP"/>
        </w:rPr>
        <w:t xml:space="preserve">3. </w:t>
      </w:r>
      <w:r>
        <w:rPr>
          <w:lang w:eastAsia="ja-JP"/>
        </w:rPr>
        <w:t>衛生管理</w:t>
      </w:r>
      <w:r>
        <w:rPr>
          <w:lang w:eastAsia="ja-JP"/>
        </w:rPr>
        <w:br/>
      </w:r>
      <w:r>
        <w:rPr>
          <w:lang w:eastAsia="ja-JP"/>
        </w:rPr>
        <w:t>・食品の取り扱いは食品衛生法その他関係法令を遵守し、清潔な環境を保ってください。</w:t>
      </w:r>
      <w:r>
        <w:rPr>
          <w:lang w:eastAsia="ja-JP"/>
        </w:rPr>
        <w:br/>
      </w:r>
      <w:r>
        <w:rPr>
          <w:lang w:eastAsia="ja-JP"/>
        </w:rPr>
        <w:t>・試食提供は保健所の指導に従ってください。</w:t>
      </w:r>
    </w:p>
    <w:p w14:paraId="09F05649" w14:textId="3374CDDA" w:rsidR="00FF6B36" w:rsidRDefault="00221E3B">
      <w:pPr>
        <w:rPr>
          <w:lang w:eastAsia="ja-JP"/>
        </w:rPr>
      </w:pPr>
      <w:r>
        <w:rPr>
          <w:lang w:eastAsia="ja-JP"/>
        </w:rPr>
        <w:t xml:space="preserve">4. </w:t>
      </w:r>
      <w:r>
        <w:rPr>
          <w:lang w:eastAsia="ja-JP"/>
        </w:rPr>
        <w:t>火気・電気使用</w:t>
      </w:r>
      <w:r>
        <w:rPr>
          <w:lang w:eastAsia="ja-JP"/>
        </w:rPr>
        <w:br/>
      </w:r>
      <w:r>
        <w:rPr>
          <w:lang w:eastAsia="ja-JP"/>
        </w:rPr>
        <w:t>・火気</w:t>
      </w:r>
      <w:r w:rsidR="00911686">
        <w:rPr>
          <w:rFonts w:hint="eastAsia"/>
          <w:lang w:eastAsia="ja-JP"/>
        </w:rPr>
        <w:t>の</w:t>
      </w:r>
      <w:r>
        <w:rPr>
          <w:lang w:eastAsia="ja-JP"/>
        </w:rPr>
        <w:t>使用</w:t>
      </w:r>
      <w:r w:rsidR="00911686">
        <w:rPr>
          <w:rFonts w:hint="eastAsia"/>
          <w:lang w:eastAsia="ja-JP"/>
        </w:rPr>
        <w:t>は禁止です</w:t>
      </w:r>
      <w:r>
        <w:rPr>
          <w:lang w:eastAsia="ja-JP"/>
        </w:rPr>
        <w:t>。</w:t>
      </w:r>
      <w:r>
        <w:rPr>
          <w:lang w:eastAsia="ja-JP"/>
        </w:rPr>
        <w:br/>
      </w:r>
      <w:r>
        <w:rPr>
          <w:lang w:eastAsia="ja-JP"/>
        </w:rPr>
        <w:t>・電気機材は主催者指定の電源を使用し、容量を守ってください。</w:t>
      </w:r>
      <w:r w:rsidR="00E57E12">
        <w:rPr>
          <w:rFonts w:hint="eastAsia"/>
          <w:lang w:eastAsia="ja-JP"/>
        </w:rPr>
        <w:t>延長コードをご持参ください。</w:t>
      </w:r>
    </w:p>
    <w:p w14:paraId="642AE118" w14:textId="77777777" w:rsidR="00FF6B36" w:rsidRDefault="00221E3B">
      <w:pPr>
        <w:rPr>
          <w:lang w:eastAsia="ja-JP"/>
        </w:rPr>
      </w:pPr>
      <w:r>
        <w:rPr>
          <w:lang w:eastAsia="ja-JP"/>
        </w:rPr>
        <w:t xml:space="preserve">5. </w:t>
      </w:r>
      <w:r>
        <w:rPr>
          <w:lang w:eastAsia="ja-JP"/>
        </w:rPr>
        <w:t>会場管理</w:t>
      </w:r>
      <w:r>
        <w:rPr>
          <w:lang w:eastAsia="ja-JP"/>
        </w:rPr>
        <w:br/>
      </w:r>
      <w:r>
        <w:rPr>
          <w:lang w:eastAsia="ja-JP"/>
        </w:rPr>
        <w:t>・会場内の設備・備品を破損した場合は速やかに報告し、原状回復または弁償してください。</w:t>
      </w:r>
      <w:r>
        <w:rPr>
          <w:lang w:eastAsia="ja-JP"/>
        </w:rPr>
        <w:br/>
      </w:r>
      <w:r>
        <w:rPr>
          <w:lang w:eastAsia="ja-JP"/>
        </w:rPr>
        <w:t>・ゴミは必ず分別し、各自で処理してください。</w:t>
      </w:r>
    </w:p>
    <w:p w14:paraId="5C0A46DC" w14:textId="77777777" w:rsidR="00FF6B36" w:rsidRDefault="00221E3B">
      <w:pPr>
        <w:rPr>
          <w:lang w:eastAsia="ja-JP"/>
        </w:rPr>
      </w:pPr>
      <w:r>
        <w:rPr>
          <w:lang w:eastAsia="ja-JP"/>
        </w:rPr>
        <w:t xml:space="preserve">6. </w:t>
      </w:r>
      <w:r>
        <w:rPr>
          <w:lang w:eastAsia="ja-JP"/>
        </w:rPr>
        <w:t>事故・盗難等</w:t>
      </w:r>
      <w:r>
        <w:rPr>
          <w:lang w:eastAsia="ja-JP"/>
        </w:rPr>
        <w:br/>
      </w:r>
      <w:r>
        <w:rPr>
          <w:lang w:eastAsia="ja-JP"/>
        </w:rPr>
        <w:t>会場内での事故・盗難・紛失等について、主催者は一切責任を負いません。各自で管理を徹底してください。</w:t>
      </w:r>
    </w:p>
    <w:p w14:paraId="114D4A67" w14:textId="77777777" w:rsidR="00FF6B36" w:rsidRDefault="00221E3B">
      <w:pPr>
        <w:rPr>
          <w:lang w:eastAsia="ja-JP"/>
        </w:rPr>
      </w:pPr>
      <w:r>
        <w:rPr>
          <w:lang w:eastAsia="ja-JP"/>
        </w:rPr>
        <w:t xml:space="preserve">7. </w:t>
      </w:r>
      <w:r>
        <w:rPr>
          <w:lang w:eastAsia="ja-JP"/>
        </w:rPr>
        <w:t>禁止行為</w:t>
      </w:r>
      <w:r>
        <w:rPr>
          <w:lang w:eastAsia="ja-JP"/>
        </w:rPr>
        <w:br/>
      </w:r>
      <w:r>
        <w:rPr>
          <w:lang w:eastAsia="ja-JP"/>
        </w:rPr>
        <w:t>・大声での客引きや、他の出展者や来場者の迷惑となる行為</w:t>
      </w:r>
      <w:r>
        <w:rPr>
          <w:lang w:eastAsia="ja-JP"/>
        </w:rPr>
        <w:br/>
      </w:r>
      <w:r>
        <w:rPr>
          <w:lang w:eastAsia="ja-JP"/>
        </w:rPr>
        <w:t>・危険行為、宗教・政治活動、許可のないチラシ配布</w:t>
      </w:r>
    </w:p>
    <w:p w14:paraId="1C31E155" w14:textId="7845B7C9" w:rsidR="00E57E12" w:rsidRDefault="00221E3B">
      <w:pPr>
        <w:rPr>
          <w:lang w:eastAsia="ja-JP"/>
        </w:rPr>
      </w:pPr>
      <w:r>
        <w:rPr>
          <w:lang w:eastAsia="ja-JP"/>
        </w:rPr>
        <w:t xml:space="preserve">8. </w:t>
      </w:r>
      <w:r>
        <w:rPr>
          <w:lang w:eastAsia="ja-JP"/>
        </w:rPr>
        <w:t>緊急時対応</w:t>
      </w:r>
      <w:r>
        <w:rPr>
          <w:lang w:eastAsia="ja-JP"/>
        </w:rPr>
        <w:br/>
      </w:r>
      <w:r>
        <w:rPr>
          <w:lang w:eastAsia="ja-JP"/>
        </w:rPr>
        <w:t>災害・事故等が発生した場合は、速やかに主催者・係員の指示に従ってください</w:t>
      </w:r>
    </w:p>
    <w:p w14:paraId="5D2C1B25" w14:textId="49FAC22B" w:rsidR="00FF6B36" w:rsidRDefault="00E57E12" w:rsidP="00E57E12">
      <w:pPr>
        <w:spacing w:after="0" w:line="240" w:lineRule="auto"/>
        <w:rPr>
          <w:lang w:eastAsia="ja-JP"/>
        </w:rPr>
      </w:pPr>
      <w:r>
        <w:rPr>
          <w:rFonts w:hint="eastAsia"/>
          <w:lang w:eastAsia="ja-JP"/>
        </w:rPr>
        <w:t>9</w:t>
      </w:r>
      <w:r>
        <w:rPr>
          <w:rFonts w:hint="eastAsia"/>
          <w:lang w:eastAsia="ja-JP"/>
        </w:rPr>
        <w:t>．その他</w:t>
      </w:r>
    </w:p>
    <w:p w14:paraId="4168082C" w14:textId="12CDFAB0" w:rsidR="00E57E12" w:rsidRDefault="00E57E12" w:rsidP="00E57E12">
      <w:pPr>
        <w:spacing w:after="0" w:line="240" w:lineRule="auto"/>
        <w:rPr>
          <w:lang w:eastAsia="ja-JP"/>
        </w:rPr>
      </w:pPr>
      <w:r>
        <w:rPr>
          <w:rFonts w:hint="eastAsia"/>
          <w:lang w:eastAsia="ja-JP"/>
        </w:rPr>
        <w:t>・社名版・バックパネル・テーブルクロスのご用意はございません</w:t>
      </w:r>
    </w:p>
    <w:p w14:paraId="1D1DE2AE" w14:textId="34F98360" w:rsidR="00E57E12" w:rsidRDefault="00E57E12" w:rsidP="00E57E12">
      <w:pPr>
        <w:spacing w:after="0" w:line="240" w:lineRule="auto"/>
        <w:ind w:left="220" w:hangingChars="100" w:hanging="220"/>
        <w:rPr>
          <w:lang w:eastAsia="ja-JP"/>
        </w:rPr>
      </w:pPr>
      <w:r>
        <w:rPr>
          <w:rFonts w:hint="eastAsia"/>
          <w:lang w:eastAsia="ja-JP"/>
        </w:rPr>
        <w:t>・展示スペース以外でのデモンストレーションや商品。荷物を置く事は禁止です。通行の妨げにならないようにお願いします。</w:t>
      </w:r>
    </w:p>
    <w:p w14:paraId="001A5075" w14:textId="480402E2" w:rsidR="00FF6B36" w:rsidRDefault="00221E3B">
      <w:pPr>
        <w:rPr>
          <w:lang w:eastAsia="ja-JP"/>
        </w:rPr>
      </w:pPr>
      <w:r>
        <w:rPr>
          <w:lang w:eastAsia="ja-JP"/>
        </w:rPr>
        <w:br/>
      </w:r>
      <w:r>
        <w:rPr>
          <w:lang w:eastAsia="ja-JP"/>
        </w:rPr>
        <w:t>本注意事項を確認し、遵守</w:t>
      </w:r>
      <w:r w:rsidR="00786E16">
        <w:rPr>
          <w:rFonts w:hint="eastAsia"/>
          <w:lang w:eastAsia="ja-JP"/>
        </w:rPr>
        <w:t>をお願</w:t>
      </w:r>
      <w:r>
        <w:rPr>
          <w:lang w:eastAsia="ja-JP"/>
        </w:rPr>
        <w:t>いたします。</w:t>
      </w:r>
    </w:p>
    <w:sectPr w:rsidR="00FF6B36" w:rsidSect="0091168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7A439" w14:textId="77777777" w:rsidR="00D236F3" w:rsidRDefault="00D236F3" w:rsidP="00675C0F">
      <w:pPr>
        <w:spacing w:after="0" w:line="240" w:lineRule="auto"/>
      </w:pPr>
      <w:r>
        <w:separator/>
      </w:r>
    </w:p>
  </w:endnote>
  <w:endnote w:type="continuationSeparator" w:id="0">
    <w:p w14:paraId="6F81FC53" w14:textId="77777777" w:rsidR="00D236F3" w:rsidRDefault="00D236F3" w:rsidP="00675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1B8D8" w14:textId="77777777" w:rsidR="00D236F3" w:rsidRDefault="00D236F3" w:rsidP="00675C0F">
      <w:pPr>
        <w:spacing w:after="0" w:line="240" w:lineRule="auto"/>
      </w:pPr>
      <w:r>
        <w:separator/>
      </w:r>
    </w:p>
  </w:footnote>
  <w:footnote w:type="continuationSeparator" w:id="0">
    <w:p w14:paraId="472F0EAC" w14:textId="77777777" w:rsidR="00D236F3" w:rsidRDefault="00D236F3" w:rsidP="00675C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938647D"/>
    <w:multiLevelType w:val="hybridMultilevel"/>
    <w:tmpl w:val="AE8803FE"/>
    <w:lvl w:ilvl="0" w:tplc="DB5A86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107239929">
    <w:abstractNumId w:val="8"/>
  </w:num>
  <w:num w:numId="2" w16cid:durableId="1475679535">
    <w:abstractNumId w:val="6"/>
  </w:num>
  <w:num w:numId="3" w16cid:durableId="1928491813">
    <w:abstractNumId w:val="5"/>
  </w:num>
  <w:num w:numId="4" w16cid:durableId="1214775736">
    <w:abstractNumId w:val="4"/>
  </w:num>
  <w:num w:numId="5" w16cid:durableId="1482425868">
    <w:abstractNumId w:val="7"/>
  </w:num>
  <w:num w:numId="6" w16cid:durableId="1996373085">
    <w:abstractNumId w:val="3"/>
  </w:num>
  <w:num w:numId="7" w16cid:durableId="1736973620">
    <w:abstractNumId w:val="2"/>
  </w:num>
  <w:num w:numId="8" w16cid:durableId="22099386">
    <w:abstractNumId w:val="1"/>
  </w:num>
  <w:num w:numId="9" w16cid:durableId="776683209">
    <w:abstractNumId w:val="0"/>
  </w:num>
  <w:num w:numId="10" w16cid:durableId="2141286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522"/>
    <w:rsid w:val="00034616"/>
    <w:rsid w:val="0006063C"/>
    <w:rsid w:val="0015074B"/>
    <w:rsid w:val="001E4074"/>
    <w:rsid w:val="001E48D3"/>
    <w:rsid w:val="00221E3B"/>
    <w:rsid w:val="0029639D"/>
    <w:rsid w:val="00326F90"/>
    <w:rsid w:val="003660E8"/>
    <w:rsid w:val="00675C0F"/>
    <w:rsid w:val="00786E16"/>
    <w:rsid w:val="008F0E8A"/>
    <w:rsid w:val="00911686"/>
    <w:rsid w:val="00A026EE"/>
    <w:rsid w:val="00AA1D8D"/>
    <w:rsid w:val="00B47730"/>
    <w:rsid w:val="00B75D0A"/>
    <w:rsid w:val="00BA29B0"/>
    <w:rsid w:val="00C31C08"/>
    <w:rsid w:val="00CB0664"/>
    <w:rsid w:val="00D236F3"/>
    <w:rsid w:val="00D2497E"/>
    <w:rsid w:val="00D44D6E"/>
    <w:rsid w:val="00E57E12"/>
    <w:rsid w:val="00FC693F"/>
    <w:rsid w:val="00FF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25D36A"/>
  <w14:defaultImageDpi w14:val="300"/>
  <w15:docId w15:val="{83DA6FAF-39F6-4C3F-9352-490FE065B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匡史 岩本</cp:lastModifiedBy>
  <cp:revision>11</cp:revision>
  <dcterms:created xsi:type="dcterms:W3CDTF">2025-09-18T09:28:00Z</dcterms:created>
  <dcterms:modified xsi:type="dcterms:W3CDTF">2026-04-20T04:04:00Z</dcterms:modified>
  <cp:category/>
</cp:coreProperties>
</file>